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ФОРМУЛЯР ЗА ПРЕДЯВЯВАНЕ НА РЕКЛАМАЦИЯ</w:t>
      </w:r>
    </w:p>
    <w:p>
      <w:pPr>
        <w:jc w:val="center"/>
      </w:pPr>
      <w:r>
        <w:rPr>
          <w:b/>
          <w:sz w:val="24"/>
        </w:rPr>
        <w:t>an2000auto</w:t>
      </w:r>
    </w:p>
    <w:p>
      <w:r>
        <w:t>Настоящият формуляр се използва за предявяване на рекламация относно закупена от an2000auto стока. Моля, попълнете възможно най-пълно данните и опишете установения проблем.</w:t>
      </w:r>
    </w:p>
    <w:p>
      <w:pPr>
        <w:pStyle w:val="Heading1"/>
      </w:pPr>
      <w:r>
        <w:t>1. Данни на клиента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Име и фамилия:</w:t>
            </w:r>
          </w:p>
        </w:tc>
        <w:tc>
          <w:tcPr>
            <w:tcW w:type="dxa" w:w="4986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Адрес:</w:t>
            </w:r>
          </w:p>
        </w:tc>
        <w:tc>
          <w:tcPr>
            <w:tcW w:type="dxa" w:w="4986"/>
          </w:tcPr>
          <w:p>
            <w:r>
              <w:t>____________________________________________</w:t>
              <w:br/>
              <w:t>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Телефон:</w:t>
            </w:r>
          </w:p>
        </w:tc>
        <w:tc>
          <w:tcPr>
            <w:tcW w:type="dxa" w:w="4986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E-mail:</w:t>
            </w:r>
          </w:p>
        </w:tc>
        <w:tc>
          <w:tcPr>
            <w:tcW w:type="dxa" w:w="4986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Дата на рекламацията:</w:t>
            </w:r>
          </w:p>
        </w:tc>
        <w:tc>
          <w:tcPr>
            <w:tcW w:type="dxa" w:w="4986"/>
          </w:tcPr>
          <w:p>
            <w:r>
              <w:t>____________________________________________</w:t>
            </w:r>
          </w:p>
        </w:tc>
      </w:tr>
    </w:tbl>
    <w:p>
      <w:pPr>
        <w:pStyle w:val="Heading1"/>
      </w:pPr>
      <w:r>
        <w:t>2. Данни за поръчката и стоката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Номер на поръчката:</w:t>
            </w:r>
          </w:p>
        </w:tc>
        <w:tc>
          <w:tcPr>
            <w:tcW w:type="dxa" w:w="4986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Дата на покупката:</w:t>
            </w:r>
          </w:p>
        </w:tc>
        <w:tc>
          <w:tcPr>
            <w:tcW w:type="dxa" w:w="4986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Наименование на стоката:</w:t>
            </w:r>
          </w:p>
        </w:tc>
        <w:tc>
          <w:tcPr>
            <w:tcW w:type="dxa" w:w="4986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Код / артикулен номер:</w:t>
            </w:r>
          </w:p>
        </w:tc>
        <w:tc>
          <w:tcPr>
            <w:tcW w:type="dxa" w:w="4986"/>
          </w:tcPr>
          <w:p>
            <w:r>
              <w:t>____________________________________________</w:t>
            </w:r>
          </w:p>
        </w:tc>
      </w:tr>
      <w:tr>
        <w:tc>
          <w:tcPr>
            <w:tcW w:type="dxa" w:w="4986"/>
          </w:tcPr>
          <w:p>
            <w:r>
              <w:t>Количество:</w:t>
            </w:r>
          </w:p>
        </w:tc>
        <w:tc>
          <w:tcPr>
            <w:tcW w:type="dxa" w:w="4986"/>
          </w:tcPr>
          <w:p>
            <w:r>
              <w:t>____________________________________________</w:t>
            </w:r>
          </w:p>
        </w:tc>
      </w:tr>
    </w:tbl>
    <w:p>
      <w:pPr>
        <w:pStyle w:val="Heading1"/>
      </w:pPr>
      <w:r>
        <w:t>3. Описание на рекламацията</w:t>
      </w:r>
    </w:p>
    <w:p>
      <w:r>
        <w:t>Опишете подробно установения дефект, несъответствие или проблем, кога е установен и при какви обстоятелства: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4. Предпочитан начин за удовлетворяване на рекламацията</w:t>
      </w:r>
    </w:p>
    <w:p>
      <w:r>
        <w:t>☐ Отстраняване на несъответствието / ремонт</w:t>
      </w:r>
    </w:p>
    <w:p>
      <w:r>
        <w:t>☐ Замяна на стоката</w:t>
      </w:r>
    </w:p>
    <w:p>
      <w:r>
        <w:t>☐ Намаляване на цената, когато е приложимо</w:t>
      </w:r>
    </w:p>
    <w:p>
      <w:r>
        <w:t>☐ Разваляне на договора и възстановяване на платената сума, когато е приложимо</w:t>
      </w:r>
    </w:p>
    <w:p>
      <w:r>
        <w:t>☐ Друго: ________________________________________________________________</w:t>
      </w:r>
    </w:p>
    <w:p>
      <w:pPr>
        <w:pStyle w:val="Heading1"/>
      </w:pPr>
      <w:r>
        <w:t>5. Приложени документи / доказателства</w:t>
      </w:r>
    </w:p>
    <w:p>
      <w:r>
        <w:t>☐ Копие / данни за документ за покупка</w:t>
      </w:r>
    </w:p>
    <w:p>
      <w:r>
        <w:t>☐ Снимки или видео на установения проблем</w:t>
      </w:r>
    </w:p>
    <w:p>
      <w:r>
        <w:t>☐ Други документи: ____________________________________________________</w:t>
      </w:r>
    </w:p>
    <w:p/>
    <w:p>
      <w:r>
        <w:t>Декларирам, че посочената по-горе информация е вярна и предоставям стоката/необходимите доказателства за разглеждане на рекламацията, когато това е необходимо.</w:t>
      </w:r>
    </w:p>
    <w:p/>
    <w:p>
      <w:r>
        <w:t>Дата: __________________________</w:t>
      </w:r>
    </w:p>
    <w:p>
      <w:r>
        <w:t>Подпис на клиента: __________________________________________</w:t>
      </w:r>
    </w:p>
    <w:p/>
    <w:p>
      <w:r>
        <w:rPr>
          <w:i/>
          <w:sz w:val="18"/>
        </w:rPr>
        <w:t>За използване от an2000auto: Дата на получаване на рекламацията: ____________________    Входящ №: ____________________</w:t>
      </w:r>
    </w:p>
    <w:p/>
    <w:p>
      <w:pPr>
        <w:pStyle w:val="Heading1"/>
      </w:pPr>
      <w:r>
        <w:t>РЕШЕНИЕ ПО РЕКЛАМАЦИЯТА</w:t>
      </w:r>
    </w:p>
    <w:p>
      <w:r>
        <w:t>☐ Приема се    ☐ Отхвърля се    ☐ Изисква се допълнителна информация</w:t>
      </w:r>
    </w:p>
    <w:p>
      <w:r>
        <w:t>Описание на решението: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Дата: ____________________    Служител: ______________________________</w:t>
      </w:r>
    </w:p>
    <w:p>
      <w:pPr>
        <w:jc w:val="center"/>
      </w:pPr>
      <w:r>
        <w:rPr>
          <w:b/>
          <w:sz w:val="21"/>
        </w:rPr>
        <w:t>Търговец: АН 2000 ЕООД</w:t>
      </w:r>
    </w:p>
    <w:p>
      <w:pPr>
        <w:jc w:val="center"/>
      </w:pPr>
      <w:r>
        <w:rPr>
          <w:b/>
          <w:sz w:val="21"/>
        </w:rPr>
        <w:t>Онлайн магазин: an2000auto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an2000auto • Формуляр за предявяване на рекламация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